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מורשת, מולדת ותרבות יהודית ישראלית - מה ההבדל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שלוש העדשות: מורשת, מולדת וחברה, תרבות יהודית ישראלית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מתאימות לכל תחום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אפשר לשלב בין שלושת התחומים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איזו עדשה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מאיפה המשפחה שלי הגיעה?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החיים המשותפים כאן ועכשיו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מקורות ומעגל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זה מקל על הזיכרון וההקשר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שאלה של מולדת וחברה, מורשת שואלת מאיפה באנו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הלמידה הופכת למשמעותית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משחקים יכולים לחזק למידה משמעותית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שלושתן מסתכלות על אותו עולם מזוויות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תחום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(מאיפה אני בא ומה מחבר אותי למשפחה ולעם)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(איך אנחנו חיים יחד כאן ועכשיו)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(מה כתוב במקורות ומה קורה במעגל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(נושא שאפשר ללמד בזמן המתאים באירועי השנה)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 חנוכה - מורשת: סיפור המשפחה והעם; מולדת וחברה: איך חוגגים יחד היום; תרבות יהודית ישראלית: המקורות והמנהגים של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יזהה שלוש זוויות שונות ויתן דוגמה הגיונית לכל אחת מהן בהתאם להגדרות שנלמדו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מורשת - מוצא ומשפחה; מולדת וחברה - חיים משותפים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חג, מקור או מנהג מעגל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לחבר את הלמידה ללוח השנה ולהפוך אותה למשמעותית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שלוש העדשות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לבקש מהתלמידים דוגמה אישית מחיי הכיתה לכל עדשה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משימת הכתיבה הפתוחה ולשתף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מורשת, מולדת ותרבות יהודית ישראלית - מה ההבדל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בלימודי מורשת מסתכלים על העולם דרך שלוש עדשות שונות - מורשת, מולדת וחברה, ותרבות יהודית ישראלית. כל עדשה שואלת שאלות אחרות על אותו נושא עצמו.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איזו עדשה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שאלה שייכת לעדשת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אנחנו חיים יחד בשכונה?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מאיפה המשפחה שלי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אוכלים בראש השנה לפי המקורות?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בונים גשר בעיר?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עדשת מולדת וחברה מתמקדת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חגים ומקורות עתיקים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החיים המשותפים כאן ועכשיו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סיפורי משפחה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שפות 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תרבות יהודית ישראלית מעמיקה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מקורות ומעגל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כללי 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גיאוגרפיה של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 בית ספרי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אפשר ללמד על עלייה דווקא בשבוע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מקל על הזיכרון וההקשר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ללמד על זה בזמן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מופיע רק בספר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סיבה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עדשת מורשת שואלת בעיקר איך חיים יחד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לשנות את סדר הנושאים ולהתאים אותם לאירועי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ומשחוק לא מתאימים כלל ללימודי מורשת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העדשות מסתכלות על נושאים שונים לגמרי שאין ביניהם שום קשר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תרבות יהודית ישראלית קשורה למעגל השנה ולמקורות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נושא שאפשר ללמד בזמן המתאים באירועי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מולדת וחברה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כתוב במקורות ומה קורה במעגל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תרבות יהודית ישראלית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אנחנו חיים יחד כאן ועכשיו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עלייה כדוגמה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מאיפה אני בא ומה מחבר אותי למשפחה ולעם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מורשת שואלת מאיפה אני בא/ה ומה מחבר אותי ל__________ ולעם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מולדת וחברה שואלת איך אנחנו __________ יחד כאן ועכשיו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תרבות יהודית ישראלית מעמיקה במקורות ובמעגל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ללמד על __________ דווקא בשבוע שמוקדש לו, כמו שבוע העלייה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שלוש העדשות מסתכלות על אותו __________ מזוויות שונות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תן/י דוגמה לנושא שאפשר ללמד דרך שלוש העדשות גם יחד, והסבר/י בקצרה איך כל עדשה מתייחסת אליו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נושא אחד (חג, מקום בארץ או אירוע) והסבירו איך אפשר ללמד אותו דרך שלוש העדשות - מורשת, מולדת וחברה, ותרבות יהודית ישראלית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מורשת למולדת וחברה?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לנושא שתרבות יהודית ישראלית מתמקדת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לפעמים לשנות את סדר הנושאים?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מורשת, מולדת ותרבות יהודית ישראלית - מה ההבדל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