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ותרבות יהודית ישראלית - מה ההבדל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 העדשות: מורשת, מולדת וחברה, תרבות יהודית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מתאימות לכל 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אפשר לשלב בין שלושת התחומים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איזו עדשה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מאיפה המשפחה שלי הגיעה?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החיים המשותפים כאן ועכשיו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מקורות ומעגל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זה מקל על הזיכרון וההקשר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שאלה של מולדת וחברה, מורשת שואלת מאיפה באנו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הלמידה הופכת למשמעותית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משחקים יכולים לחזק למידה משמעותית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שלושתן מסתכלות על אותו עולם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תחום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(מאיפה אני בא ומה מחבר אותי למשפחה ולעם)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אנחנו חיים יחד כאן ועכשיו)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כתוב במקורות ומה קורה במעגל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(נושא שאפשר ללמד בזמן המתאים באירועי השנה)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 חנוכה - מורשת: סיפור המשפחה והעם; מולדת וחברה: איך חוגגים יחד היום; תרבות יהודית ישראלית: המקורות והמנהגים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שלוש זוויות שונות ויתן דוגמה הגיונית לכל אחת מהן בהתאם להגדרות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מוצא ומשפחה; מולדת וחברה - חיים משותפים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חג, מקור או מנהג מעגל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לחבר את הלמידה ללוח השנה ולהפוך אותה למשמעותית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שלוש העדשות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דוגמה אישית מחיי הכיתה לכל עדשה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משימת הכתיבה הפתוחה ולשתף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ותרבות יהודית ישראלית - מה ההבדל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שלוש דרכים להסתכל על נושאים: מורשת, מולדת, ותרבות יהודית. בדף הזה נלמד מה ההבדל בין השלוש.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שעברו מהמשפחה ומהעם לדורות הבאים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הארץ שבה אנחנו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שחיים יחד 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תרבות יהודית ישראלית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המנהגים והמקורות של העם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השנה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החגים והמועדים שחוזרים כל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 ומאיפה אני בא/ה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טקסטים וסיפורים עתיקים כמו התנ״ך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של יהודים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איזו עדשה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מתאימה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אנחנו חיים יחד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מאיפה המשפחה שלי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אוכלים בראש השנה לפי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בונים גשר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מתמקדת עדשת מולדת וחברה?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חגים ומקורות עתיקים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החיים המשותפים כאן ועכשיו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סיפורי משפחה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מעמיקה תרבות יהודית ישראלית?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מקורות ומעגל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גיאוגרפיה של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בית 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ללמד על עלייה בזמן המתאים?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מקל על הזיכרון וההקשר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ללמד על זה בזמן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מופיע רק בספר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עדשת מורשת שואלת בעיקר איך חיים יחד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לשנות את סדר הנושאים ולהתאים אותם לאירועי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ומשחוק לא מתאימים כלל ללימודי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העדשות מסתכלות על נושאים שונים לגמרי שאין ביניהם שום 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תרבות יהודית ישראלית קשורה למעגל השנה ולמקורות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שאפשר ללמד בזמן המתאים באירועי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מולדת וחברה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מאיפה אני בא ומה מחבר אותי למשפחה ולעם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תרבות יהודית ישראלית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אנחנו חיים יחד כאן ועכשיו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עלייה כדוגמה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כתוב במקורות ומה קורה במעגל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שואלת מאיפה אני בא/ה ומה מחבר אותי ל__________ ולעם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מולדת וחברה שואלת איך אנחנו __________ יחד כאן ועכשיו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תרבות יהודית ישראלית מעמיקה במקורות ובמעגל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ללמד על __________ דווקא בשבוע שמוקדש לו, כמו שבוע העלייה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שלוש העדשות מסתכלות על אותו __________ מזוויות שונות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תן/י דוגמה לנושא שאפשר ללמד דרך שלוש העדשות גם יחד, והסבר/י בקצרה איך כל עדשה מתייחסת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נושא אחד (חג, מקום בארץ או אירוע) והסבירו איך אפשר ללמד אותו דרך שלוש העדשות - מורשת, מולדת וחברה, ותרבות יהודית ישראלית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למולדת וחברה?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לנושא שתרבות יהודית ישראלית מתמקדת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לפעמים לשנות את סדר 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מורשת, מולדת ותרבות יהודית ישראלית - מה ההבדל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